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כיוון (ימינה, שמאלה, ישר) ולהבין את חשיבות המפה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ש־מ־ר ומילות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של מילים הקשורות למסלול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מפה ומסלול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למצוא את הדרך ולדעת לאן פונים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הדרך שבה הולכים בסיור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הילדים והמבוגרים ביישוב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מילים (כיוונים ושורש ש־מ־ר)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מילת שאלה לשאלה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(איפה נמצאת הספרייה?)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חוצים כביש בבטחה?)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מסמן הציור של העץ במפה?)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(מתי עוצרים בתחנה השלישית?)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יחד נקודת התחלה לסיור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על המפה את המקומות שרוצים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את הכיוונים בין התחנות - ימינה, שמאלה או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לדרך ועוקבים אחרי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בתחנה האחרונה ומספרים מה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מסלול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מתארים מסלול ברור עם לפחות שלוש מילות כיוון ושני מקומות ביישוב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המפה מראה את הדרך והמקומות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שומר, שמירה, לשמור או שמרו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היישוב ולתרגל עליה כיוונים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מילות השאלה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בסיור קצר בחצר כדי ליישם את מילות הכיוון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מתכננים טיול קטן ביישוב, איך קוראים מפה ואיך אומרים ימינה, שמאלה וישר.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הולכים בסיור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איפה נמצאים מקומות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במפה שמראה מקום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לאן פונים - ימינה, שמאלה או ישר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שמשהו יישאר בסדר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שעוצרים בו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ספסל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ישיבה בגינה או ברחוב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מילים דומות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מפה ומסלול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צריך מפה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למצוא את הדרך ולדעת לאן 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לשחק במשחק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כשפונים ימין?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שבה הולכים בסיור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לציור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אחראי לשמור על הגינה?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הילדים והמבוגרים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מילים (כיוונים ושורש ש־מ־ר)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פונים __________ אל הגינה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פונים __________ אל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ממשיכים __________ עד העץ הזקן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__________ על הניקיון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בפתח הספרייה אמר לנו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על הסביבה היא תפקיד של כולנו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מילת שאלה לשאלה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מסמן הציור של העץ במפה?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 עוצרים בתחנה השלישית?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נמצאת הספרייה?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חוצים כביש בבטחה?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צורת הרבים של המילה תחנה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צורת הרבים של המילה מפה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צורת הרבים של המילה סימן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צורת הרבים של המילה גינה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בתחנה האחרונה ומספרים מה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לדרך ועוקבים אחרי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על המפה את המקומות שרוצים לבקר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את הכיוונים בין התחנות - ימינה, שמאלה או ישר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יחד נקודת התחלה לסיור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מסלול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שמתארים מסלול קצר מבית הספר שלכם עד מקום אהוב ביישוב, השתמשו במילים ימינה, שמאלה וישר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המפה בסיור?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ש־מ־ר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הרבים של המילה 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