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כיוון (ימינה, שמאלה, ישר) ולהבין את חשיבות המפה בסיור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 ש־מ־ר ומילות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 ורבים של מילים הקשורות למסלול 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מפה ומסלול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למצוא את הדרך ולדעת לאן פונים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ימינה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מילים (כיוונים ושורש ש־מ־ר)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מילת שאלה לשאלה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(איפה נמצאת הספרייה?)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(איך חוצים כביש בבטחה?)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מסמן הציור של העץ במפה?)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(מתי עוצרים בתחנה השלישית?)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תכנון 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יחד נקודת התחלה לסיור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מסמנים על המפה את המקומות שרוצים לבקר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קובעים את הכיוונים בין התחנות - ימינה, שמאלה או ישר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יוצאים לדרך ועוקבים אחרי המפה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מסלול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מתארים מסלול ברור עם לפחות שלוש מילות כיוון ושני מקומות ביישוב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המפה מראה את הדרך והמקומות בסיור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שומר, שמירה, לשמור או שמרו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מפה אמיתית של היישוב ולתרגל עליה כיוונים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מילות השאלה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בסיור קצר בחצר כדי ליישם את מילות הכיוון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לומדים לתכנן מסלול סיור ביישוב, לקרוא מפה ולהשתמש במילות כיוון ושאלה נכונות.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שמאלה  ·  גינות  ·  ימינה  ·  תחנות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על מפה ומסלול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משתמשים במפה בזמן סיור?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למצוא את הדרך ולדעת לאן פונים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לשחק במשחק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לצייר ציור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כשרוצים לפנות לכיוון ימין, איך אומרים?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ימינה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השלימו מילים (כיוונים ושורש ש־מ־ר)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פונים __________ אל הגינה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פונים __________ אל הספרייה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מילת שאלה לשאלה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איך חוצים כביש בבטחה?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איפה נמצאת הספרייה?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מתי עוצרים בתחנה השלישית?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 מסמן הציור של העץ במפה?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צורת הרבים של המילה תחנה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צורת הרבים של המילה גינה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תכנון הסיור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מסמנים על המפה את המקומות שרוצים לבקר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יחד נקודת התחלה לסיור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יוצאים לדרך ועוקבים אחרי המפה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קובעים את הכיוונים בין התחנות - ימינה, שמאלה או ישר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מסלול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כמה משפטים שמתארים מסלול קצר מבית הספר שלכם עד מקום אהוב ביישוב, השתמשו במילים ימינה, שמאלה וישר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תפקיד המפה בסיור?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מהשורש ש־מ־ר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לסיור – מסלול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